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B87C" w14:textId="77777777" w:rsidR="008E59B2" w:rsidRDefault="00000000">
      <w:pPr>
        <w:jc w:val="center"/>
      </w:pPr>
      <w:r>
        <w:rPr>
          <w:noProof/>
        </w:rPr>
        <w:drawing>
          <wp:inline distT="0" distB="0" distL="0" distR="0" wp14:anchorId="79294178" wp14:editId="3EC19C65">
            <wp:extent cx="2103120" cy="21150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BC078D9-C246-4874-B1E1-0FA426B2319E.jpeg"/>
                    <pic:cNvPicPr/>
                  </pic:nvPicPr>
                  <pic:blipFill>
                    <a:blip r:embed="rId6"/>
                    <a:stretch>
                      <a:fillRect/>
                    </a:stretch>
                  </pic:blipFill>
                  <pic:spPr>
                    <a:xfrm>
                      <a:off x="0" y="0"/>
                      <a:ext cx="2103120" cy="2115070"/>
                    </a:xfrm>
                    <a:prstGeom prst="rect">
                      <a:avLst/>
                    </a:prstGeom>
                  </pic:spPr>
                </pic:pic>
              </a:graphicData>
            </a:graphic>
          </wp:inline>
        </w:drawing>
      </w:r>
    </w:p>
    <w:p w14:paraId="4DB524F1" w14:textId="77777777" w:rsidR="008E59B2" w:rsidRDefault="00000000">
      <w:pPr>
        <w:pStyle w:val="Heading1"/>
        <w:jc w:val="center"/>
      </w:pPr>
      <w:r>
        <w:t>ART IN THE BARN</w:t>
      </w:r>
    </w:p>
    <w:p w14:paraId="39571EB9" w14:textId="77777777" w:rsidR="008E59B2" w:rsidRDefault="00000000">
      <w:pPr>
        <w:jc w:val="center"/>
      </w:pPr>
      <w:r>
        <w:rPr>
          <w:b/>
        </w:rPr>
        <w:t>Participant Waiver, Release of Liability, Assumption of Risk &amp; Media Consent</w:t>
      </w:r>
      <w:r>
        <w:rPr>
          <w:b/>
        </w:rPr>
        <w:br/>
      </w:r>
      <w:r>
        <w:t>Mindfulness Therapeutic Farm, Inc. • Alburgh, Vermont</w:t>
      </w:r>
    </w:p>
    <w:p w14:paraId="5E426BA2" w14:textId="77777777" w:rsidR="008E59B2" w:rsidRDefault="00000000">
      <w:r>
        <w:t>Participant Name: ____________________________________________</w:t>
      </w:r>
    </w:p>
    <w:p w14:paraId="35280A2E" w14:textId="77777777" w:rsidR="008E59B2" w:rsidRDefault="00000000">
      <w:r>
        <w:t>Phone Number: _______________________________________________</w:t>
      </w:r>
    </w:p>
    <w:p w14:paraId="5C1B68DE" w14:textId="77777777" w:rsidR="008E59B2" w:rsidRDefault="00000000">
      <w:r>
        <w:t>Email: _______________________________________________________</w:t>
      </w:r>
    </w:p>
    <w:p w14:paraId="2292E48B" w14:textId="77777777" w:rsidR="008E59B2" w:rsidRDefault="00000000">
      <w:r>
        <w:t>Emergency Contact &amp; Phone: ___________________________________</w:t>
      </w:r>
    </w:p>
    <w:p w14:paraId="78565E71" w14:textId="77777777" w:rsidR="008E59B2" w:rsidRDefault="00000000">
      <w:r>
        <w:t>Date of Event: _______________________________________________</w:t>
      </w:r>
    </w:p>
    <w:p w14:paraId="24720CDD" w14:textId="77777777" w:rsidR="008E59B2" w:rsidRDefault="00000000">
      <w:pPr>
        <w:pStyle w:val="Heading2"/>
      </w:pPr>
      <w:r>
        <w:t>1. Acknowledgement of Inherent Risks</w:t>
      </w:r>
    </w:p>
    <w:p w14:paraId="46643ED8" w14:textId="38473833" w:rsidR="008E59B2" w:rsidRDefault="00000000">
      <w:r>
        <w:t>I understand that participation in activities hosted by Mindfulness Therapeutic Farm, Inc. may involve inherent risks</w:t>
      </w:r>
      <w:r w:rsidR="009E5209">
        <w:t>,</w:t>
      </w:r>
      <w:r>
        <w:t xml:space="preserve"> including, but not limited to: interaction with horses and farm animals, uneven terrain, mud, gravel, weather conditions, insects, allergens, food exposure, equipment, slips, falls, and other hazards commonly associated with farms and rural properties.</w:t>
      </w:r>
      <w:r>
        <w:br/>
      </w:r>
      <w:r>
        <w:br/>
        <w:t>I voluntarily choose to participate despite these risks.</w:t>
      </w:r>
    </w:p>
    <w:p w14:paraId="0ECBC607" w14:textId="77777777" w:rsidR="008E59B2" w:rsidRDefault="00000000">
      <w:pPr>
        <w:pStyle w:val="Heading2"/>
      </w:pPr>
      <w:r>
        <w:t>2. Assumption of Risk &amp; Release of Liability</w:t>
      </w:r>
    </w:p>
    <w:p w14:paraId="3A78C10D" w14:textId="2FB0097E" w:rsidR="008E59B2" w:rsidRDefault="00000000">
      <w:r>
        <w:t>In consideration for being permitted to attend and participate in this event, I voluntarily assume full responsibility for all risks of injury, illness, allergic reaction, property damage, death, or other loss arising from or related to participation in this event.</w:t>
      </w:r>
      <w:r>
        <w:br/>
      </w:r>
      <w:r>
        <w:br/>
        <w:t xml:space="preserve">To the fullest extent permitted by Vermont law, I release, waive, discharge, and hold harmless Mindfulness Therapeutic Farm, Inc., its founder, officers, volunteers, staff, sponsors, contractors, landowners, and affiliates from </w:t>
      </w:r>
      <w:r w:rsidR="009E5209">
        <w:t>any</w:t>
      </w:r>
      <w:r>
        <w:t xml:space="preserve"> claims, liabilities, demands, damages, actions, causes of action, costs, or expenses arising out of or connected with </w:t>
      </w:r>
      <w:r>
        <w:lastRenderedPageBreak/>
        <w:t>participation in this event, except for claims resulting solely from gross negligence or willful misconduct.</w:t>
      </w:r>
    </w:p>
    <w:p w14:paraId="4592E6A4" w14:textId="77777777" w:rsidR="008E59B2" w:rsidRDefault="00000000">
      <w:pPr>
        <w:pStyle w:val="Heading2"/>
      </w:pPr>
      <w:r>
        <w:t>3. Food Allergy &amp; Consumption Notice</w:t>
      </w:r>
    </w:p>
    <w:p w14:paraId="2FA6F008" w14:textId="6E200F64" w:rsidR="008E59B2" w:rsidRDefault="00000000">
      <w:r>
        <w:t xml:space="preserve">I understand that refreshments and food items may be served during this event. Food may contain or </w:t>
      </w:r>
      <w:proofErr w:type="gramStart"/>
      <w:r>
        <w:t>come into contact with</w:t>
      </w:r>
      <w:proofErr w:type="gramEnd"/>
      <w:r>
        <w:t xml:space="preserve"> common allergens</w:t>
      </w:r>
      <w:r w:rsidR="009E5209">
        <w:t>,</w:t>
      </w:r>
      <w:r>
        <w:t xml:space="preserve"> including dairy, eggs, nuts, peanuts, soy, wheat/gluten, and other ingredients.</w:t>
      </w:r>
      <w:r>
        <w:br/>
      </w:r>
      <w:r>
        <w:br/>
        <w:t>I acknowledge that it is solely my responsibility to ask about ingredients before consuming any food or beverage. I voluntarily accept all risks associated with food consumption, allergies, sensitivities, or dietary reactions.</w:t>
      </w:r>
      <w:r>
        <w:br/>
      </w:r>
      <w:r>
        <w:br/>
        <w:t>Mindfulness Therapeutic Farm, Inc. does not guarantee an allergen-free environment.</w:t>
      </w:r>
    </w:p>
    <w:p w14:paraId="32531D34" w14:textId="77777777" w:rsidR="008E59B2" w:rsidRDefault="00000000">
      <w:pPr>
        <w:pStyle w:val="Heading2"/>
      </w:pPr>
      <w:r>
        <w:t>4. Animal Safety &amp; Biosecurity Rules</w:t>
      </w:r>
    </w:p>
    <w:p w14:paraId="39941381" w14:textId="543069A0" w:rsidR="008E59B2" w:rsidRDefault="00000000">
      <w:r>
        <w:t>I understand and agree to the following safety rules:</w:t>
      </w:r>
      <w:r>
        <w:br/>
      </w:r>
      <w:r>
        <w:br/>
        <w:t>• No touching, feeding, entering enclosures, or interacting with animals without direct staff supervision.</w:t>
      </w:r>
      <w:r>
        <w:br/>
        <w:t xml:space="preserve">• Participants must wash or sanitize </w:t>
      </w:r>
      <w:r w:rsidR="009E5209">
        <w:t xml:space="preserve">their </w:t>
      </w:r>
      <w:r>
        <w:t>hands before and after approved animal interaction.</w:t>
      </w:r>
      <w:r>
        <w:br/>
        <w:t>• Participants must follow all posted and verbal instructions.</w:t>
      </w:r>
      <w:r>
        <w:br/>
        <w:t>• Animals may react unpredictably despite training or supervision.</w:t>
      </w:r>
      <w:r>
        <w:br/>
      </w:r>
      <w:r>
        <w:br/>
        <w:t>I understand that failure to follow safety policies may result in immediate removal from the event without refund.</w:t>
      </w:r>
    </w:p>
    <w:p w14:paraId="00BD1DE0" w14:textId="77777777" w:rsidR="008E59B2" w:rsidRDefault="00000000">
      <w:pPr>
        <w:pStyle w:val="Heading2"/>
      </w:pPr>
      <w:r>
        <w:t>5. Medical &amp; Health Acknowledgement</w:t>
      </w:r>
    </w:p>
    <w:p w14:paraId="722FBDF7" w14:textId="77777777" w:rsidR="008E59B2" w:rsidRDefault="00000000">
      <w:r>
        <w:t>I certify that I am physically and mentally capable of participating in this event. I understand that emergency medical treatment may not be immediately available due to the rural location of the property.</w:t>
      </w:r>
      <w:r>
        <w:br/>
      </w:r>
      <w:r>
        <w:br/>
        <w:t>I authorize emergency medical treatment if deemed necessary and accept responsibility for any related costs.</w:t>
      </w:r>
    </w:p>
    <w:p w14:paraId="2C979149" w14:textId="77777777" w:rsidR="008E59B2" w:rsidRDefault="00000000">
      <w:pPr>
        <w:pStyle w:val="Heading2"/>
      </w:pPr>
      <w:r>
        <w:t>6. Sanitation &amp; Environmental Conditions</w:t>
      </w:r>
    </w:p>
    <w:p w14:paraId="4DAD79C1" w14:textId="77777777" w:rsidR="008E59B2" w:rsidRDefault="00000000">
      <w:r>
        <w:t>I understand that farms naturally contain hay, dirt, dust, mud, manure, insects, pollen, and environmental conditions that may trigger allergies, asthma, illness, or discomfort. I voluntarily assume these risks.</w:t>
      </w:r>
    </w:p>
    <w:p w14:paraId="1324D1F5" w14:textId="77777777" w:rsidR="008E59B2" w:rsidRDefault="00000000">
      <w:pPr>
        <w:pStyle w:val="Heading2"/>
      </w:pPr>
      <w:r>
        <w:t>7. Photography, Video &amp; Media Consent</w:t>
      </w:r>
    </w:p>
    <w:p w14:paraId="06976C9D" w14:textId="77777777" w:rsidR="008E59B2" w:rsidRDefault="00000000">
      <w:r>
        <w:t>Photographs and/or video recordings may be taken during the event for educational, promotional, fundraising, website, or social media purposes.</w:t>
      </w:r>
      <w:r>
        <w:br/>
      </w:r>
      <w:r>
        <w:br/>
      </w:r>
      <w:r>
        <w:lastRenderedPageBreak/>
        <w:t>Please initial ONE:</w:t>
      </w:r>
      <w:r>
        <w:br/>
      </w:r>
      <w:r>
        <w:br/>
        <w:t>______ YES, I authorize the use of my image and/or likeness.</w:t>
      </w:r>
      <w:r>
        <w:br/>
      </w:r>
      <w:r>
        <w:br/>
        <w:t>______ NO, I do not authorize the use of my image and/or likeness.</w:t>
      </w:r>
    </w:p>
    <w:p w14:paraId="7A2E76E2" w14:textId="77777777" w:rsidR="008E59B2" w:rsidRDefault="00000000">
      <w:pPr>
        <w:pStyle w:val="Heading2"/>
      </w:pPr>
      <w:r>
        <w:t>8. Testimonial &amp; Review Consent</w:t>
      </w:r>
    </w:p>
    <w:p w14:paraId="6393B09D" w14:textId="77777777" w:rsidR="008E59B2" w:rsidRDefault="00000000">
      <w:r>
        <w:t>If I voluntarily provide comments, artwork, testimonials, reviews, or feedback, I understand they may be used publicly.</w:t>
      </w:r>
      <w:r>
        <w:br/>
      </w:r>
      <w:r>
        <w:br/>
        <w:t>Please initial ONE:</w:t>
      </w:r>
      <w:r>
        <w:br/>
      </w:r>
      <w:r>
        <w:br/>
        <w:t>______ YES, my name may be used with my testimonial/review.</w:t>
      </w:r>
      <w:r>
        <w:br/>
      </w:r>
      <w:r>
        <w:br/>
        <w:t>______ YES, my testimonial/review may be used anonymously.</w:t>
      </w:r>
      <w:r>
        <w:br/>
      </w:r>
      <w:r>
        <w:br/>
        <w:t>______ NO, I do not consent to public use of my testimonial/review.</w:t>
      </w:r>
    </w:p>
    <w:p w14:paraId="33EB6242" w14:textId="77777777" w:rsidR="008E59B2" w:rsidRDefault="00000000">
      <w:pPr>
        <w:pStyle w:val="Heading2"/>
      </w:pPr>
      <w:r>
        <w:t>9. Vermont Law &amp; Venue</w:t>
      </w:r>
    </w:p>
    <w:p w14:paraId="6825550B" w14:textId="77777777" w:rsidR="008E59B2" w:rsidRDefault="00000000">
      <w:r>
        <w:t>This agreement shall be governed by and interpreted under the laws of the State of Vermont. Any legal action arising from participation in this event shall be brought exclusively within the State of Vermont.</w:t>
      </w:r>
    </w:p>
    <w:p w14:paraId="7B3C6361" w14:textId="77777777" w:rsidR="008E59B2" w:rsidRDefault="00000000">
      <w:pPr>
        <w:pStyle w:val="Heading2"/>
      </w:pPr>
      <w:r>
        <w:t>10. Severability</w:t>
      </w:r>
    </w:p>
    <w:p w14:paraId="56BD7F04" w14:textId="77777777" w:rsidR="008E59B2" w:rsidRDefault="00000000">
      <w:r>
        <w:t>If any portion of this agreement is found unenforceable, the remaining provisions shall remain in full force and effect.</w:t>
      </w:r>
    </w:p>
    <w:p w14:paraId="3EBEA32E" w14:textId="77777777" w:rsidR="008E59B2" w:rsidRDefault="00000000">
      <w:pPr>
        <w:pStyle w:val="Heading2"/>
      </w:pPr>
      <w:r>
        <w:t>11. Acknowledgement of Understanding</w:t>
      </w:r>
    </w:p>
    <w:p w14:paraId="7EB211F3" w14:textId="0CA22AD2" w:rsidR="008E59B2" w:rsidRDefault="00000000">
      <w:r>
        <w:t>I have carefully read this entire document, fully understand its contents, and sign it voluntarily. I understand that by signing this document</w:t>
      </w:r>
      <w:r w:rsidR="009D02BD">
        <w:t>,</w:t>
      </w:r>
      <w:r>
        <w:t xml:space="preserve"> I may be waiving certain legal rights.</w:t>
      </w:r>
      <w:r>
        <w:br/>
        <w:t>Participant Signature: __________________________________________</w:t>
      </w:r>
    </w:p>
    <w:p w14:paraId="1067A5F2" w14:textId="77777777" w:rsidR="008E59B2" w:rsidRDefault="00000000">
      <w:r>
        <w:t>Printed Name: _________________________________________________</w:t>
      </w:r>
    </w:p>
    <w:p w14:paraId="7355E265" w14:textId="77777777" w:rsidR="008E59B2" w:rsidRDefault="00000000">
      <w:r>
        <w:t>Date: _________________________________________________________</w:t>
      </w:r>
    </w:p>
    <w:p w14:paraId="40DB2059" w14:textId="51A3F1C8" w:rsidR="008E59B2" w:rsidRDefault="00000000">
      <w:r>
        <w:br/>
        <w:t xml:space="preserve">If </w:t>
      </w:r>
      <w:r w:rsidR="009D02BD">
        <w:t xml:space="preserve">the </w:t>
      </w:r>
      <w:r>
        <w:t>participant is under 18 years old:</w:t>
      </w:r>
    </w:p>
    <w:p w14:paraId="3174C04A" w14:textId="77777777" w:rsidR="008E59B2" w:rsidRDefault="00000000">
      <w:r>
        <w:t>Parent/Guardian Name: _________________________________________</w:t>
      </w:r>
    </w:p>
    <w:p w14:paraId="67019512" w14:textId="77777777" w:rsidR="008E59B2" w:rsidRDefault="00000000">
      <w:r>
        <w:t>Parent/Guardian Signature: _____________________________________</w:t>
      </w:r>
    </w:p>
    <w:p w14:paraId="42C0CA9A" w14:textId="77777777" w:rsidR="008E59B2" w:rsidRDefault="00000000">
      <w:r>
        <w:t>Date: _________________________________________________________</w:t>
      </w:r>
    </w:p>
    <w:sectPr w:rsidR="008E59B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2167748">
    <w:abstractNumId w:val="8"/>
  </w:num>
  <w:num w:numId="2" w16cid:durableId="581647452">
    <w:abstractNumId w:val="6"/>
  </w:num>
  <w:num w:numId="3" w16cid:durableId="1115636804">
    <w:abstractNumId w:val="5"/>
  </w:num>
  <w:num w:numId="4" w16cid:durableId="1871840102">
    <w:abstractNumId w:val="4"/>
  </w:num>
  <w:num w:numId="5" w16cid:durableId="481627513">
    <w:abstractNumId w:val="7"/>
  </w:num>
  <w:num w:numId="6" w16cid:durableId="379014002">
    <w:abstractNumId w:val="3"/>
  </w:num>
  <w:num w:numId="7" w16cid:durableId="2069452201">
    <w:abstractNumId w:val="2"/>
  </w:num>
  <w:num w:numId="8" w16cid:durableId="493186206">
    <w:abstractNumId w:val="1"/>
  </w:num>
  <w:num w:numId="9" w16cid:durableId="678461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D65CD"/>
    <w:rsid w:val="008E59B2"/>
    <w:rsid w:val="009D02BD"/>
    <w:rsid w:val="009E520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D0D329"/>
  <w14:defaultImageDpi w14:val="300"/>
  <w15:docId w15:val="{08733E1C-20F2-48BC-8F5A-5CF3309F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56E5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56E5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amyblangevin@gmail.com</cp:lastModifiedBy>
  <cp:revision>3</cp:revision>
  <dcterms:created xsi:type="dcterms:W3CDTF">2026-06-11T23:24:00Z</dcterms:created>
  <dcterms:modified xsi:type="dcterms:W3CDTF">2026-06-11T23:25:00Z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aadfc6eb-98ec-4178-b351-777f4f26e123</vt:lpwstr>
  </property>
</Properties>
</file>